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color w:val="B03030"/>
          <w:sz w:val="17"/>
        </w:rPr>
        <w:t>UPOZORNENIE: Toto je len vzor na inšpiráciu. Zostavil ho Radovan Vitek (radovanvitek.sk) podľa predpisov platných k októbru 2026 a podľa toho, čo funguje v jeho firme. Čo funguje nám, nemusí sedieť vám: každá zákazka a každý zákazník je iný. Vzor nie je právnym poradenstvom a za jeho použitie nenesieme žiadnu právnu zodpovednosť. Pred podpisom si ho prispôsobte svojej situácii a v prípade pochybností sa poraďte s advokátom. Text v [hranatých zátvorkách] nahraďte, sivé poznámky pred použitím zmažte.</w:t>
      </w:r>
    </w:p>
    <w:p>
      <w:pPr>
        <w:jc w:val="center"/>
      </w:pPr>
      <w:r>
        <w:rPr>
          <w:b/>
          <w:i w:val="0"/>
          <w:sz w:val="32"/>
        </w:rPr>
        <w:t>ZMLUVA O DIELO</w:t>
      </w:r>
    </w:p>
    <w:p>
      <w:pPr>
        <w:jc w:val="center"/>
      </w:pPr>
      <w:r>
        <w:rPr>
          <w:b w:val="0"/>
          <w:i w:val="0"/>
          <w:color w:val="5A687B"/>
          <w:sz w:val="18"/>
        </w:rPr>
        <w:t>uzavretá podľa § 631 a nasl. Občianskeho zákonníka (zákazník spotrebiteľ)</w:t>
      </w:r>
    </w:p>
    <w:p>
      <w:r>
        <w:rPr>
          <w:b w:val="0"/>
          <w:i/>
          <w:color w:val="B07A00"/>
          <w:sz w:val="17"/>
        </w:rPr>
        <w:t>Poznámka pre vás: tento vzor je pre zákazníka, ktorý je spotrebiteľ (domácnosť). Pri zákazke pre firmu sa zmluva riadi Obchodným zákonníkom (§ 536 a nasl.), časť o odstúpení spotrebiteľa (článok 7 a prílohy) sa nepoužije a odporúčame upraviť ju s advokátom.</w:t>
      </w:r>
    </w:p>
    <w:p>
      <w:r>
        <w:rPr>
          <w:b/>
          <w:i w:val="0"/>
          <w:sz w:val="23"/>
        </w:rPr>
        <w:t>Zmluvné strany</w:t>
      </w:r>
    </w:p>
    <w:p>
      <w:r>
        <w:rPr>
          <w:b w:val="0"/>
          <w:i w:val="0"/>
        </w:rPr>
        <w:t>Zhotoviteľ: [obchodné meno], [sídlo alebo miesto podnikania], IČO [ ], IČ DPH [ ], zapísaný v [obchodnom alebo živnostenskom registri], zastúpený [meno], telefón [ ], e-mail [ ]</w:t>
      </w:r>
    </w:p>
    <w:p>
      <w:r>
        <w:rPr>
          <w:b w:val="0"/>
          <w:i w:val="0"/>
        </w:rPr>
        <w:t>Objednávateľ: [meno a priezvisko], [adresa], telefón [ ], e-mail [ ]</w:t>
      </w:r>
    </w:p>
    <w:p>
      <w:r>
        <w:rPr>
          <w:b/>
          <w:i w:val="0"/>
          <w:sz w:val="23"/>
        </w:rPr>
        <w:t>1. Predmet zmluvy (dielo)</w:t>
      </w:r>
    </w:p>
    <w:p>
      <w:r>
        <w:rPr>
          <w:b w:val="0"/>
          <w:i w:val="0"/>
        </w:rPr>
        <w:t>Zhotoviteľ sa zaväzuje vykonať pre objednávateľa toto dielo: [presný opis: čo, koľko kusov, rozmery, farba, ovládanie, vrátane montáže a odvozu starých prvkov]. Podrobný rozsah je v cenovej ponuke č. [ ] zo dňa [ ], ktorá je prílohou tejto zmluvy.</w:t>
      </w:r>
    </w:p>
    <w:p>
      <w:r>
        <w:rPr>
          <w:b w:val="0"/>
          <w:i w:val="0"/>
        </w:rPr>
        <w:t>Miesto vykonania diela: [adresa].</w:t>
      </w:r>
    </w:p>
    <w:p>
      <w:r>
        <w:rPr>
          <w:b w:val="0"/>
          <w:i/>
          <w:color w:val="B07A00"/>
          <w:sz w:val="17"/>
        </w:rPr>
        <w:t>Poznámka pre vás: vymedzenie diela je podstatná časť zmluvy. Čím presnejšie, tým menej sporov pri odovzdaní.</w:t>
      </w:r>
    </w:p>
    <w:p>
      <w:r>
        <w:rPr>
          <w:b/>
          <w:i w:val="0"/>
          <w:sz w:val="23"/>
        </w:rPr>
        <w:t>2. Cena</w:t>
      </w:r>
    </w:p>
    <w:p>
      <w:r>
        <w:rPr>
          <w:b w:val="0"/>
          <w:i w:val="0"/>
        </w:rPr>
        <w:t>Cena diela je [suma] € vrátane DPH. Cena zahŕňa: [materiál, výrobu, dopravu, montáž, odvoz odpadu].</w:t>
      </w:r>
    </w:p>
    <w:p>
      <w:r>
        <w:rPr>
          <w:b w:val="0"/>
          <w:i w:val="0"/>
        </w:rPr>
        <w:t>Práce navyše (viacpráce) mimo rozsahu podľa článku 1 vykoná zhotoviteľ len po písomnom súhlase objednávateľa s ich rozsahom a cenou. Ak by sa ukázalo, že cenu nemožno dodržať bez jej podstatného prekročenia, zhotoviteľ na to objednávateľa bez zbytočného odkladu písomne upozorní.</w:t>
      </w:r>
    </w:p>
    <w:p>
      <w:r>
        <w:rPr>
          <w:b w:val="0"/>
          <w:i/>
          <w:color w:val="B07A00"/>
          <w:sz w:val="17"/>
        </w:rPr>
        <w:t>Poznámka pre vás: pri spotrebiteľovi môžete viacpráce účtovať len po jeho písomnom schválení (§ 635 a § 636 Občianskeho zákonníka).</w:t>
      </w:r>
    </w:p>
    <w:p>
      <w:r>
        <w:rPr>
          <w:b/>
          <w:i w:val="0"/>
          <w:sz w:val="23"/>
        </w:rPr>
        <w:t>3. Platba a záloha</w:t>
      </w:r>
    </w:p>
    <w:p>
      <w:r>
        <w:rPr>
          <w:b w:val="0"/>
          <w:i w:val="0"/>
        </w:rPr>
        <w:t>Objednávateľ zaplatí zálohu [ ] % z ceny, t. j. [suma] €, na základe zálohovej faktúry. Zvyšok ceny zaplatí do [ ] dní od odovzdania diela na základe faktúry. Záloha sa započíta do ceny diela.</w:t>
      </w:r>
    </w:p>
    <w:p>
      <w:r>
        <w:rPr>
          <w:b w:val="0"/>
          <w:i/>
          <w:color w:val="B07A00"/>
          <w:sz w:val="17"/>
        </w:rPr>
        <w:t>Poznámka pre vás: ak zmluvu uzatvárate u zákazníka doma počas návštevy, ktorú si zákazník nevyžiadal, nesmiete prijať žiadnu zálohu ani platbu, kým neuplynie lehota na odstúpenie (§ 17 ods. 8 zákona 108/2024 Z. z.).</w:t>
      </w:r>
    </w:p>
    <w:p>
      <w:r>
        <w:rPr>
          <w:b/>
          <w:i w:val="0"/>
          <w:sz w:val="23"/>
        </w:rPr>
        <w:t>4. Termín</w:t>
      </w:r>
    </w:p>
    <w:p>
      <w:r>
        <w:rPr>
          <w:b w:val="0"/>
          <w:i w:val="0"/>
        </w:rPr>
        <w:t>Zhotoviteľ vykoná dielo do [dátum] (alebo do [ ] týždňov od zaplatenia zálohy). Termín sa predĺži o čas, keď zhotoviteľ nemohol pracovať z dôvodov na strane objednávateľa (napríklad nepripravené miesto montáže) alebo pre nepriaznivé počasie, ktoré montáž neumožňuje.</w:t>
      </w:r>
    </w:p>
    <w:p>
      <w:r>
        <w:rPr>
          <w:b/>
          <w:i w:val="0"/>
          <w:sz w:val="23"/>
        </w:rPr>
        <w:t>5. Odovzdanie diela</w:t>
      </w:r>
    </w:p>
    <w:p>
      <w:r>
        <w:rPr>
          <w:b w:val="0"/>
          <w:i w:val="0"/>
        </w:rPr>
        <w:t>Dielo sa odovzdá a prevezme podpisom preberacieho protokolu, v ktorom sa zapíšu prípadné vady zistené pri prevzatí a termín ich odstránenia. Vlastnícke právo k dielu prechádza na objednávateľa zaplatením celej ceny.</w:t>
      </w:r>
    </w:p>
    <w:p>
      <w:r>
        <w:rPr>
          <w:b/>
          <w:i w:val="0"/>
          <w:sz w:val="23"/>
        </w:rPr>
        <w:t>6. Zodpovednosť za vady</w:t>
      </w:r>
    </w:p>
    <w:p>
      <w:r>
        <w:rPr>
          <w:b w:val="0"/>
          <w:i w:val="0"/>
        </w:rPr>
        <w:t>Zhotoviteľ zodpovedá za vady, ktoré má dielo pri odovzdaní, a za vady, ktoré sa prejavia do 24 mesiacov od odovzdania diela. Vady objednávateľ oznámi zhotoviteľovi bez zbytočného odkladu na [e-mail, telefón]. Zodpovednosť sa nevzťahuje na vady spôsobené nesprávnym používaním, poškodením alebo zásahom tretej osoby.</w:t>
      </w:r>
    </w:p>
    <w:p>
      <w:r>
        <w:rPr>
          <w:b w:val="0"/>
          <w:i/>
          <w:color w:val="B07A00"/>
          <w:sz w:val="17"/>
        </w:rPr>
        <w:t>Poznámka pre vás: pri screenoch a žalúziách dávame 24 mesiacov (2 roky).</w:t>
      </w:r>
    </w:p>
    <w:p>
      <w:r>
        <w:rPr>
          <w:b/>
          <w:i w:val="0"/>
          <w:sz w:val="23"/>
        </w:rPr>
        <w:t>7. Výroba na mieru a odstúpenie od zmluvy</w:t>
      </w:r>
    </w:p>
    <w:p>
      <w:r>
        <w:rPr>
          <w:b w:val="0"/>
          <w:i w:val="0"/>
        </w:rPr>
        <w:t>Dielo podľa článku 1 sa vyrába na mieru podľa zamerania a osobitných požiadaviek objednávateľa (rozmery, farba, ovládanie). Objednávateľ berie na vedomie, že podľa § 19 ods. 1 písm. c) zákona č. 108/2024 Z. z. o ochrane spotrebiteľa nemôže od zmluvy o dodaní tovaru vyrobeného podľa jeho osobitných požiadaviek odstúpiť.</w:t>
      </w:r>
    </w:p>
    <w:p>
      <w:r>
        <w:rPr>
          <w:b w:val="0"/>
          <w:i/>
          <w:color w:val="B07A00"/>
          <w:sz w:val="17"/>
        </w:rPr>
        <w:t>Poznámka pre vás: tento odsek použite, keď vyrábate na mieru (screeny, žalúzie, siete). Pri službe bez výroby na mieru (servis, oprava, montáž tovaru, ktorý si zákazník kúpil sám) ho zmažte a použite odsek nižšie, poučenie (Príloha 1), formulár (Príloha 2) a článok 8.</w:t>
      </w:r>
    </w:p>
    <w:p>
      <w:r>
        <w:rPr>
          <w:b w:val="0"/>
          <w:i w:val="0"/>
        </w:rPr>
        <w:t>Pri službe: ak bola zmluva uzavretá mimo prevádzkových priestorov zhotoviteľa (napríklad u objednávateľa doma) alebo na diaľku, objednávateľ má právo odstúpiť od zmluvy podľa zákona č. 108/2024 Z. z. o ochrane spotrebiteľa. Poučenie je v Prílohe 1, vzorový formulár na odstúpenie v Prílohe 2.</w:t>
      </w:r>
    </w:p>
    <w:p>
      <w:r>
        <w:rPr>
          <w:b w:val="0"/>
          <w:i w:val="0"/>
        </w:rPr>
        <w:t>Táto zmluva bola uzavretá: [ ] v prevádzke zhotoviteľa   [ ] u objednávateľa na základe návštevy, ktorú si objednávateľ vyžiadal dňa [ ] [spôsob: telefonicky, e-mailom, formulárom]   [ ] na diaľku (e-mailom, telefonicky)</w:t>
      </w:r>
    </w:p>
    <w:p>
      <w:r>
        <w:rPr>
          <w:b w:val="0"/>
          <w:i/>
          <w:color w:val="B07A00"/>
          <w:sz w:val="17"/>
        </w:rPr>
        <w:t>Poznámka pre vás: vyžiadanú návštevu zapíšte a uschovajte doklad (e-mail, formulár). Pri nevyžiadanej návšteve je lehota 30 dní, platí zákaz zálohy a neplatia výnimky z odstúpenia. Dôkaz o vyžiadaní je na vás (§ 17 ods. 9, § 19 ods. 2, § 20 ods. 1 zákona 108/2024 Z. z.).</w:t>
      </w:r>
    </w:p>
    <w:p>
      <w:r>
        <w:rPr>
          <w:b/>
          <w:i w:val="0"/>
          <w:sz w:val="23"/>
        </w:rPr>
        <w:t>8. Žiadosť o začatie prác pred uplynutím lehoty na odstúpenie (len pri službe)</w:t>
      </w:r>
    </w:p>
    <w:p>
      <w:r>
        <w:rPr>
          <w:b w:val="0"/>
          <w:i w:val="0"/>
        </w:rPr>
        <w:t>Objednávateľ výslovne žiada, aby zhotoviteľ začal s výrobou a prácami pred uplynutím lehoty na odstúpenie od zmluvy. Objednávateľ vyhlasuje, že bol poučený, že ak od zmluvy odstúpi po začatí prác, je povinný zaplatiť cenu za skutočne poskytnuté plnenie do dňa, keď zhotoviteľovi oznámi odstúpenie. Ak bude dielo úplne vykonané, právo na odstúpenie od zmluvy stráca.</w:t>
      </w:r>
    </w:p>
    <w:p>
      <w:r>
        <w:rPr>
          <w:b w:val="0"/>
          <w:i w:val="0"/>
        </w:rPr>
        <w:t>Podpis objednávateľa k článku 8: ........................................   Dátum: [ ]</w:t>
      </w:r>
    </w:p>
    <w:p>
      <w:r>
        <w:rPr>
          <w:b w:val="0"/>
          <w:i/>
          <w:color w:val="B07A00"/>
          <w:sz w:val="17"/>
        </w:rPr>
        <w:t>Poznámka pre vás: tento súhlas musí byť výslovný a samostatne podpísaný (§ 17 ods. 10 a 11 zákona 108/2024 Z. z.). Bez neho a bez správneho poučenia nemôžete za prácu urobenú počas lehoty na odstúpenie účtovať nič (§ 22 ods. 4). Ak zákazník nesúhlasí, s prácami začnite až po uplynutí lehoty.</w:t>
      </w:r>
    </w:p>
    <w:p>
      <w:r>
        <w:rPr>
          <w:b/>
          <w:i w:val="0"/>
          <w:sz w:val="23"/>
        </w:rPr>
        <w:t>9. Záverečné ustanovenia</w:t>
      </w:r>
    </w:p>
    <w:p>
      <w:r>
        <w:rPr>
          <w:b w:val="0"/>
          <w:i w:val="0"/>
        </w:rPr>
        <w:t>Zmluva nadobúda platnosť a účinnosť dňom podpisu oboma stranami. Zmeny sa robia písomne. Zmluva je vyhotovená v 2 rovnopisoch, každá strana dostane 1. Objednávateľ potvrdzuje, že pred podpisom dostal informácie o zhotoviteľovi, diele, cene, platbe, termíne, zodpovednosti za vady a o práve na odstúpenie od zmluvy vrátane Prílohy 1 a 2.</w:t>
      </w:r>
    </w:p>
    <w:p>
      <w:r>
        <w:rPr>
          <w:b w:val="0"/>
          <w:i w:val="0"/>
        </w:rPr>
        <w:t>V [mieste], dňa [dátum]</w:t>
      </w:r>
    </w:p>
    <w:tbl>
      <w:tblPr>
        <w:tblW w:type="auto" w:w="0"/>
        <w:tblLook w:firstColumn="1" w:firstRow="1" w:lastColumn="0" w:lastRow="0" w:noHBand="0" w:noVBand="1" w:val="04A0"/>
      </w:tblPr>
      <w:tblGrid>
        <w:gridCol w:w="4986"/>
        <w:gridCol w:w="4986"/>
      </w:tblGrid>
      <w:tr>
        <w:tc>
          <w:tcPr>
            <w:tcW w:type="dxa" w:w="4986"/>
          </w:tcPr>
          <w:p>
            <w:r>
              <w:br/>
              <w:br/>
              <w:t>........................................</w:t>
            </w:r>
          </w:p>
        </w:tc>
        <w:tc>
          <w:tcPr>
            <w:tcW w:type="dxa" w:w="4986"/>
          </w:tcPr>
          <w:p>
            <w:r>
              <w:br/>
              <w:br/>
              <w:t>........................................</w:t>
            </w:r>
          </w:p>
        </w:tc>
      </w:tr>
      <w:tr>
        <w:tc>
          <w:tcPr>
            <w:tcW w:type="dxa" w:w="4986"/>
          </w:tcPr>
          <w:p>
            <w:r>
              <w:t>Zhotoviteľ</w:t>
            </w:r>
          </w:p>
        </w:tc>
        <w:tc>
          <w:tcPr>
            <w:tcW w:type="dxa" w:w="4986"/>
          </w:tcPr>
          <w:p>
            <w:r>
              <w:t>Objednávateľ</w:t>
            </w:r>
          </w:p>
        </w:tc>
      </w:tr>
    </w:tbl>
    <w:p>
      <w:r>
        <w:br w:type="page"/>
      </w:r>
    </w:p>
    <w:p>
      <w:r>
        <w:rPr>
          <w:b/>
          <w:i w:val="0"/>
          <w:sz w:val="22"/>
        </w:rPr>
        <w:t>Príloha 1: POUČENIE O UPLATNENÍ PRÁVA SPOTREBITEĽA NA ODSTÚPENIE OD ZMLUVY UZAVRETEJ NA DIAĽKU A ZMLUVY UZAVRETEJ MIMO PREVÁDZKOVÝCH PRIESTOROV OBCHODNÍKA</w:t>
      </w:r>
    </w:p>
    <w:p>
      <w:r>
        <w:rPr>
          <w:b w:val="0"/>
          <w:i/>
          <w:color w:val="B07A00"/>
          <w:sz w:val="17"/>
        </w:rPr>
        <w:t>Poznámka pre vás: text je podľa prílohy č. 3 zákona 108/2024 Z. z., vyplnený pre zmluvu o poskytnutí služby. Pri nevyžiadanej návšteve zmeňte 14 na 30.</w:t>
      </w:r>
    </w:p>
    <w:p>
      <w:r>
        <w:rPr>
          <w:b/>
          <w:i w:val="0"/>
          <w:sz w:val="23"/>
        </w:rPr>
        <w:t>1. Právo na odstúpenie od zmluvy</w:t>
      </w:r>
    </w:p>
    <w:p>
      <w:r>
        <w:rPr>
          <w:b w:val="0"/>
          <w:i w:val="0"/>
        </w:rPr>
        <w:t>Máte právo odstúpiť od tejto zmluvy bez uvedenia dôvodu v lehote 14 dní.</w:t>
      </w:r>
    </w:p>
    <w:p>
      <w:r>
        <w:rPr>
          <w:b w:val="0"/>
          <w:i w:val="0"/>
        </w:rPr>
        <w:t>Lehota na odstúpenie od zmluvy uplynie po 14 dňoch odo dňa uzavretia zmluvy.</w:t>
      </w:r>
    </w:p>
    <w:p>
      <w:r>
        <w:rPr>
          <w:b w:val="0"/>
          <w:i w:val="0"/>
        </w:rPr>
        <w:t>Pri uplatnení práva na odstúpenie od zmluvy nás informujte o svojom rozhodnutí odstúpiť od tejto zmluvy jednoznačným vyhlásením (napríklad listom zaslaným poštou alebo e-mailom) na adrese: [obchodné meno, sídlo alebo miesto podnikania, telefónne číslo, e-mailová adresa]. Na tento účel môžete použiť vzorový formulár na odstúpenie od zmluvy, ktorý sme Vám odovzdali alebo zaslali, jeho použitie však nie je povinné.</w:t>
      </w:r>
    </w:p>
    <w:p>
      <w:r>
        <w:rPr>
          <w:b w:val="0"/>
          <w:i w:val="0"/>
        </w:rPr>
        <w:t>Lehota na odstúpenie od zmluvy je zachovaná, ak zašlete oznámenie o uplatnení práva na odstúpenie od zmluvy pred tým, ako uplynie lehota na odstúpenie od zmluvy.</w:t>
      </w:r>
    </w:p>
    <w:p>
      <w:r>
        <w:rPr>
          <w:b/>
          <w:i w:val="0"/>
          <w:sz w:val="23"/>
        </w:rPr>
        <w:t>2. Dôsledky odstúpenia od zmluvy</w:t>
      </w:r>
    </w:p>
    <w:p>
      <w:r>
        <w:rPr>
          <w:b w:val="0"/>
          <w:i w:val="0"/>
        </w:rPr>
        <w:t>Po odstúpení od zmluvy Vám vrátime všetky platby, ktoré ste uhradili v súvislosti s uzavretím zmluvy, vrátane nákladov na doručenie tovaru k Vám. To sa nevzťahuje na dodatočné náklady, ak ste si zvolili iný druh doručenia, ako je najlacnejší bežný spôsob doručenia, ktorý ponúkame. Platby Vám budú vrátené najneskôr do 14 dní odo dňa, keď nám bude doručené Vaše oznámenie o odstúpení od tejto zmluvy. Úhrada bude uskutočnená rovnakým spôsobom, aký ste použili pri Vašej platbe, ak ste výslovne nesúhlasili s iným spôsobom úhrady, a to bez účtovania akýchkoľvek ďalších poplatkov.</w:t>
      </w:r>
    </w:p>
    <w:p>
      <w:r>
        <w:rPr>
          <w:b w:val="0"/>
          <w:i w:val="0"/>
        </w:rPr>
        <w:t>Ak ste požiadali o začatie poskytovania služby počas lehoty na odstúpenie od zmluvy, máte povinnosť uhradiť nám cenu za skutočne poskytnuté plnenie do dňa, kedy ste nám oznámili Vaše rozhodnutie odstúpiť od tejto zmluvy.</w:t>
      </w:r>
    </w:p>
    <w:p>
      <w:r>
        <w:br w:type="page"/>
      </w:r>
    </w:p>
    <w:p>
      <w:r>
        <w:rPr>
          <w:b/>
          <w:i w:val="0"/>
          <w:sz w:val="22"/>
        </w:rPr>
        <w:t>Príloha 2: VZOROVÝ FORMULÁR NA ODSTÚPENIE OD ZMLUVY UZAVRETEJ NA DIAĽKU A ZMLUVY UZAVRETEJ MIMO PREVÁDZKOVÝCH PRIESTOROV OBCHODNÍKA</w:t>
      </w:r>
    </w:p>
    <w:p>
      <w:r>
        <w:rPr>
          <w:b w:val="0"/>
          <w:i/>
          <w:color w:val="B07A00"/>
          <w:sz w:val="17"/>
        </w:rPr>
        <w:t>Poznámka pre vás: text je podľa prílohy č. 2 zákona 108/2024 Z. z.</w:t>
      </w:r>
    </w:p>
    <w:p>
      <w:r>
        <w:rPr>
          <w:b w:val="0"/>
          <w:i/>
        </w:rPr>
        <w:t>(Vyplňte a zašlite tento formulár, len ak si želáte odstúpiť od zmluvy uzavretej na diaľku alebo od zmluvy uzavretej mimo prevádzkových priestorov obchodníka.)</w:t>
      </w:r>
    </w:p>
    <w:p>
      <w:r>
        <w:rPr>
          <w:b w:val="0"/>
          <w:i w:val="0"/>
        </w:rPr>
        <w:t>– Komu: [obchodné meno, sídlo alebo miesto podnikania a e-mailová adresa zhotoviteľa]</w:t>
      </w:r>
    </w:p>
    <w:p>
      <w:r>
        <w:rPr>
          <w:b w:val="0"/>
          <w:i w:val="0"/>
        </w:rPr>
        <w:t>– Týmto oznamujem/oznamujeme*, že odstupujem/odstupujeme* od zmluvy o dodaní alebo poskytnutí tohto produktu: ..............</w:t>
      </w:r>
    </w:p>
    <w:p>
      <w:r>
        <w:rPr>
          <w:b w:val="0"/>
          <w:i w:val="0"/>
        </w:rPr>
        <w:t>– Dátum objednania/dátum prijatia* ..............</w:t>
      </w:r>
    </w:p>
    <w:p>
      <w:r>
        <w:rPr>
          <w:b w:val="0"/>
          <w:i w:val="0"/>
        </w:rPr>
        <w:t>– Meno a priezvisko spotrebiteľa/spotrebiteľov* ..............</w:t>
      </w:r>
    </w:p>
    <w:p>
      <w:r>
        <w:rPr>
          <w:b w:val="0"/>
          <w:i w:val="0"/>
        </w:rPr>
        <w:t>– Adresa spotrebiteľa/spotrebiteľov* ..............</w:t>
      </w:r>
    </w:p>
    <w:p>
      <w:r>
        <w:rPr>
          <w:b w:val="0"/>
          <w:i w:val="0"/>
        </w:rPr>
        <w:t>– Podpis spotrebiteľa/spotrebiteľov* (ak sa tento formulár podáva v listinnej podobe) ..............</w:t>
      </w:r>
    </w:p>
    <w:p>
      <w:r>
        <w:rPr>
          <w:b w:val="0"/>
          <w:i w:val="0"/>
        </w:rPr>
        <w:t>– Dátum ..............</w:t>
      </w:r>
    </w:p>
    <w:p>
      <w:r>
        <w:rPr>
          <w:b w:val="0"/>
          <w:i w:val="0"/>
          <w:sz w:val="18"/>
        </w:rPr>
        <w:t>* Nehodiace sa prečiarknite.</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26314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