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B03030"/>
          <w:sz w:val="17"/>
        </w:rPr>
        <w:t>UPOZORNENIE: Toto je len vzor na inšpiráciu. Zostavil ho Radovan Vitek (radovanvitek.sk) podľa predpisov platných k októbru 2026 a podľa toho, čo funguje v jeho firme. Čo funguje nám, nemusí sedieť vám: každá zákazka a každý zákazník je iný. Vzor nie je právnym poradenstvom a za jeho použitie nenesieme žiadnu právnu zodpovednosť. Pred podpisom si ho prispôsobte svojej situácii a v prípade pochybností sa poraďte s advokátom. Text v [hranatých zátvorkách] nahraďte, sivé poznámky pred použitím zmažte.</w:t>
      </w:r>
    </w:p>
    <w:p>
      <w:pPr>
        <w:jc w:val="center"/>
      </w:pPr>
      <w:r>
        <w:rPr>
          <w:b/>
          <w:i w:val="0"/>
          <w:sz w:val="32"/>
        </w:rPr>
        <w:t>PREBERACÍ PROTOKOL</w:t>
      </w:r>
    </w:p>
    <w:p>
      <w:pPr>
        <w:jc w:val="center"/>
      </w:pPr>
      <w:r>
        <w:rPr>
          <w:b w:val="0"/>
          <w:i w:val="0"/>
          <w:color w:val="5A687B"/>
          <w:sz w:val="20"/>
        </w:rPr>
        <w:t>o odovzdaní a prevzatí diela</w:t>
      </w:r>
    </w:p>
    <w:p>
      <w:r>
        <w:rPr>
          <w:b w:val="0"/>
          <w:i w:val="0"/>
        </w:rPr>
        <w:t>Zhotoviteľ: [obchodné meno, IČO, adresa]</w:t>
      </w:r>
    </w:p>
    <w:p>
      <w:r>
        <w:rPr>
          <w:b w:val="0"/>
          <w:i w:val="0"/>
        </w:rPr>
        <w:t>Objednávateľ: [meno alebo obchodné meno, adresa]</w:t>
      </w:r>
    </w:p>
    <w:p>
      <w:r>
        <w:rPr>
          <w:b w:val="0"/>
          <w:i w:val="0"/>
        </w:rPr>
        <w:t>Zmluva o dielo / objednávka č. [ ] zo dňa [ ]</w:t>
      </w:r>
    </w:p>
    <w:p>
      <w:r>
        <w:rPr>
          <w:b w:val="0"/>
          <w:i w:val="0"/>
        </w:rPr>
        <w:t>Miesto: [adresa]   Dátum odovzdania: [dátum]</w:t>
      </w:r>
    </w:p>
    <w:p>
      <w:r>
        <w:rPr>
          <w:b/>
          <w:i w:val="0"/>
          <w:sz w:val="23"/>
        </w:rPr>
        <w:t>1. Odovzdávané dielo</w:t>
      </w:r>
    </w:p>
    <w:p>
      <w:r>
        <w:rPr>
          <w:b w:val="0"/>
          <w:i w:val="0"/>
        </w:rPr>
        <w:t>[opis: napríklad 2 ks screenová roleta 3 000 × 2 500 mm, farba [ ], motorové ovládanie, diaľkové ovládače 2 ks]</w:t>
      </w:r>
    </w:p>
    <w:p>
      <w:r>
        <w:rPr>
          <w:b/>
          <w:i w:val="0"/>
          <w:sz w:val="23"/>
        </w:rPr>
        <w:t>2. Odovzdané doklady a príslušenstvo</w:t>
      </w:r>
    </w:p>
    <w:p>
      <w:r>
        <w:rPr>
          <w:b w:val="0"/>
          <w:i w:val="0"/>
        </w:rPr>
        <w:t>[ ] návod na obsluhu a údržbu   [ ] záručné podmienky   [ ] diaľkové ovládače [ ] ks   [ ] iné: [ ]</w:t>
      </w:r>
    </w:p>
    <w:p>
      <w:r>
        <w:rPr>
          <w:b/>
          <w:i w:val="0"/>
          <w:sz w:val="23"/>
        </w:rPr>
        <w:t>3. Funkčná skúška a zaškolenie</w:t>
      </w:r>
    </w:p>
    <w:p>
      <w:r>
        <w:rPr>
          <w:b w:val="0"/>
          <w:i w:val="0"/>
        </w:rPr>
        <w:t>[ ] dielo bolo vyskúšané v prítomnosti objednávateľa   [ ] objednávateľ bol poučený o obsluhe a údržbe</w:t>
      </w:r>
    </w:p>
    <w:p>
      <w:r>
        <w:rPr>
          <w:b/>
          <w:i w:val="0"/>
          <w:sz w:val="23"/>
        </w:rPr>
        <w:t>4. Výsledok prevzatia (označte 1 možnosť)</w:t>
      </w:r>
    </w:p>
    <w:p>
      <w:r>
        <w:rPr>
          <w:b w:val="0"/>
          <w:i w:val="0"/>
        </w:rPr>
        <w:t>[ ] Objednávateľ preberá dielo bez vád.</w:t>
      </w:r>
    </w:p>
    <w:p>
      <w:r>
        <w:rPr>
          <w:b w:val="0"/>
          <w:i w:val="0"/>
        </w:rPr>
        <w:t>[ ] Objednávateľ preberá dielo s týmito drobnými vadami, ktoré nebránia užívaniu:</w:t>
      </w:r>
    </w:p>
    <w:p>
      <w:r>
        <w:rPr>
          <w:b w:val="0"/>
          <w:i w:val="0"/>
        </w:rPr>
        <w:t xml:space="preserve">   Vada: [opis]   Odstráni sa do: [dátum]</w:t>
      </w:r>
    </w:p>
    <w:p>
      <w:r>
        <w:rPr>
          <w:b w:val="0"/>
          <w:i w:val="0"/>
        </w:rPr>
        <w:t xml:space="preserve">   Vada: [opis]   Odstráni sa do: [dátum]</w:t>
      </w:r>
    </w:p>
    <w:p>
      <w:r>
        <w:rPr>
          <w:b w:val="0"/>
          <w:i w:val="0"/>
        </w:rPr>
        <w:t>[ ] Objednávateľ dielo nepreberá z dôvodu: [opis]. Náhradný termín odovzdania: [dátum].</w:t>
      </w:r>
    </w:p>
    <w:p>
      <w:r>
        <w:rPr>
          <w:b w:val="0"/>
          <w:i/>
          <w:color w:val="B07A00"/>
          <w:sz w:val="17"/>
        </w:rPr>
        <w:t>Poznámka pre vás: zjavné vady zapíšte vždy hneď pri prevzatí. Od odovzdania sa počíta lehota zodpovednosti za vady (pri zákazníkovi spotrebiteľovi 24 mesiacov). Pri firme podľa Obchodného zákonníka treba vady oznámiť najneskôr do 2 rokov (§ 562).</w:t>
      </w:r>
    </w:p>
    <w:p>
      <w:r>
        <w:rPr>
          <w:b/>
          <w:i w:val="0"/>
          <w:sz w:val="23"/>
        </w:rPr>
        <w:t>5. Stav miesta po montáži</w:t>
      </w:r>
    </w:p>
    <w:p>
      <w:r>
        <w:rPr>
          <w:b w:val="0"/>
          <w:i w:val="0"/>
        </w:rPr>
        <w:t>[ ] miesto upratané   [ ] odpad odvezený   [ ] poznámka: [ ]</w:t>
      </w:r>
    </w:p>
    <w:p>
      <w:r>
        <w:rPr>
          <w:b/>
          <w:i w:val="0"/>
          <w:sz w:val="23"/>
        </w:rPr>
        <w:t>6. Fotodokumentácia</w:t>
      </w:r>
    </w:p>
    <w:p>
      <w:r>
        <w:rPr>
          <w:b w:val="0"/>
          <w:i w:val="0"/>
        </w:rPr>
        <w:t>[ ] dielo bolo pri odovzdaní nafotené (počet fotiek: [ ])</w:t>
      </w:r>
    </w:p>
    <w:p>
      <w:r>
        <w:rPr>
          <w:b w:val="0"/>
          <w:i w:val="0"/>
        </w:rPr>
        <w:t>Podpisom objednávateľ potvrdzuje, že dielo prevzal v rozsahu a stave uvedenom v tomto protokole.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........................................</w:t>
            </w:r>
          </w:p>
        </w:tc>
        <w:tc>
          <w:tcPr>
            <w:tcW w:type="dxa" w:w="4986"/>
          </w:tcPr>
          <w:p>
            <w:r>
              <w:br/>
              <w:br/>
              <w:t>........................................</w:t>
            </w:r>
          </w:p>
        </w:tc>
      </w:tr>
      <w:tr>
        <w:tc>
          <w:tcPr>
            <w:tcW w:type="dxa" w:w="4986"/>
          </w:tcPr>
          <w:p>
            <w:r>
              <w:t>Za zhotoviteľa (meno, podpis)</w:t>
            </w:r>
          </w:p>
        </w:tc>
        <w:tc>
          <w:tcPr>
            <w:tcW w:type="dxa" w:w="4986"/>
          </w:tcPr>
          <w:p>
            <w:r>
              <w:t>Objednávateľ (meno, podpis)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