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sz w:val="36"/>
        </w:rPr>
        <w:t>[Vaša Firma s.r.o.]</w:t>
      </w:r>
    </w:p>
    <w:p>
      <w:r>
        <w:rPr>
          <w:b w:val="0"/>
          <w:i w:val="0"/>
          <w:color w:val="5A687B"/>
          <w:sz w:val="18"/>
        </w:rPr>
        <w:t>[čím sa zaoberáte, kde pôsobíte] · [meno, telefón, e-mail, web]</w:t>
      </w:r>
    </w:p>
    <w:p>
      <w:r>
        <w:rPr>
          <w:rFonts w:ascii="Georgia" w:hAnsi="Georgia"/>
          <w:b/>
          <w:i w:val="0"/>
          <w:sz w:val="40"/>
        </w:rPr>
        <w:t>Ponuka: [čo zákazník dostane, jeho slovami]</w:t>
      </w:r>
    </w:p>
    <w:p>
      <w:r>
        <w:rPr>
          <w:b w:val="0"/>
          <w:i w:val="0"/>
          <w:color w:val="5A687B"/>
          <w:sz w:val="18"/>
        </w:rPr>
        <w:t>Pre: [meno a adresa zákazníka] · Ponuka č. [číslo] zo dňa [dátum] · platí do [dátum]</w:t>
      </w:r>
    </w:p>
    <w:p>
      <w:r>
        <w:rPr>
          <w:b/>
          <w:i w:val="0"/>
        </w:rPr>
        <w:t>Čo ste nám povedali: [čo zákazníka trápi a čo chce, ideálne jeho vlastnými slovami]</w:t>
      </w:r>
    </w:p>
    <w:p>
      <w:r>
        <w:rPr>
          <w:b w:val="0"/>
          <w:i/>
          <w:color w:val="B07A00"/>
          <w:sz w:val="18"/>
        </w:rPr>
        <w:t>Tip: začnite slovami zákazníka. Ukážete, že ste počúvali, a zákazník vie, že ponuka je pre neho.</w:t>
      </w:r>
    </w:p>
    <w:p>
      <w:r>
        <w:rPr>
          <w:rFonts w:ascii="Georgia" w:hAnsi="Georgia"/>
          <w:b/>
          <w:color w:val="1F6F8B"/>
          <w:sz w:val="28"/>
        </w:rPr>
        <w:t>Naše riešenie</w:t>
      </w:r>
    </w:p>
    <w:p>
      <w:pPr>
        <w:pStyle w:val="ListBullet"/>
      </w:pPr>
      <w:r>
        <w:t>[čo dodáte a čo tým zákazník získa]</w:t>
      </w:r>
    </w:p>
    <w:p>
      <w:pPr>
        <w:pStyle w:val="ListBullet"/>
      </w:pPr>
      <w:r>
        <w:t>[čo urobíte pri montáži alebo realizácii]</w:t>
      </w:r>
    </w:p>
    <w:p>
      <w:pPr>
        <w:pStyle w:val="ListBullet"/>
      </w:pPr>
      <w:r>
        <w:t>[ako dlho to potrvá a v akom stave po vás miesto ostane]</w:t>
      </w:r>
    </w:p>
    <w:p>
      <w:r>
        <w:rPr>
          <w:b w:val="0"/>
          <w:i/>
          <w:color w:val="B07A00"/>
          <w:sz w:val="18"/>
        </w:rPr>
        <w:t>Tip: píšte, čo zákazník získa, nie zoznam technických parametrov a položkový cenník.</w:t>
      </w:r>
    </w:p>
    <w:p>
      <w:r>
        <w:rPr>
          <w:b/>
          <w:i w:val="0"/>
          <w:sz w:val="32"/>
        </w:rPr>
        <w:t>Cena spolu: [suma] € vrátane DPH · bez skrytých príplatkov</w:t>
      </w:r>
    </w:p>
    <w:p>
      <w:r>
        <w:rPr>
          <w:rFonts w:ascii="Georgia" w:hAnsi="Georgia"/>
          <w:b/>
          <w:color w:val="1F6F8B"/>
          <w:sz w:val="28"/>
        </w:rPr>
        <w:t>Čo cena zahŕňa</w:t>
      </w:r>
    </w:p>
    <w:p>
      <w:pPr>
        <w:pStyle w:val="ListBullet"/>
      </w:pPr>
      <w:r>
        <w:t>[materiál na mieru]</w:t>
      </w:r>
    </w:p>
    <w:p>
      <w:pPr>
        <w:pStyle w:val="ListBullet"/>
      </w:pPr>
      <w:r>
        <w:t>[demontáž a odvoz]</w:t>
      </w:r>
    </w:p>
    <w:p>
      <w:pPr>
        <w:pStyle w:val="ListBullet"/>
      </w:pPr>
      <w:r>
        <w:t>[montáž a upratanie]</w:t>
      </w:r>
    </w:p>
    <w:p>
      <w:pPr>
        <w:pStyle w:val="ListBullet"/>
      </w:pPr>
      <w:r>
        <w:t>[doprava]</w:t>
      </w:r>
    </w:p>
    <w:p>
      <w:pPr>
        <w:pStyle w:val="ListBullet"/>
      </w:pPr>
      <w:r>
        <w:t>[záruka]</w:t>
      </w:r>
    </w:p>
    <w:p>
      <w:r>
        <w:rPr>
          <w:rFonts w:ascii="Georgia" w:hAnsi="Georgia"/>
          <w:b/>
          <w:color w:val="1F6F8B"/>
          <w:sz w:val="28"/>
        </w:rPr>
        <w:t>Dôležité podmienky</w:t>
      </w:r>
    </w:p>
    <w:p>
      <w:pPr>
        <w:pStyle w:val="ListBullet"/>
      </w:pPr>
      <w:r>
        <w:t>Platnosť ponuky: do [dátum].</w:t>
      </w:r>
    </w:p>
    <w:p>
      <w:pPr>
        <w:pStyle w:val="ListBullet"/>
      </w:pPr>
      <w:r>
        <w:t>Záloha: [napr. 50 %] po potvrdení objednávky, doplatok po dokončení.</w:t>
      </w:r>
    </w:p>
    <w:p>
      <w:pPr>
        <w:pStyle w:val="ListBullet"/>
      </w:pPr>
      <w:r>
        <w:t>Termín: [kedy začnete a kedy bude hotovo, ak objedná do (dátum)].</w:t>
      </w:r>
    </w:p>
    <w:p>
      <w:pPr>
        <w:pStyle w:val="ListBullet"/>
      </w:pPr>
      <w:r>
        <w:t>Čo nie je v cene: [čo môže pribudnúť a že nič neurobíte bez súhlasu].</w:t>
      </w:r>
    </w:p>
    <w:p>
      <w:r>
        <w:rPr>
          <w:rFonts w:ascii="Georgia" w:hAnsi="Georgia"/>
          <w:b/>
          <w:color w:val="1F6F8B"/>
          <w:sz w:val="28"/>
        </w:rPr>
        <w:t>Prečo my</w:t>
      </w:r>
    </w:p>
    <w:p>
      <w:pPr>
        <w:pStyle w:val="ListBullet"/>
      </w:pPr>
      <w:r>
        <w:t>[od kedy to robíte, koľko zákaziek ročne]</w:t>
      </w:r>
    </w:p>
    <w:p>
      <w:pPr>
        <w:pStyle w:val="ListBullet"/>
      </w:pPr>
      <w:r>
        <w:t>[hodnotenie na Google, ak ho máte]</w:t>
      </w:r>
    </w:p>
    <w:p>
      <w:pPr>
        <w:pStyle w:val="ListBullet"/>
      </w:pPr>
      <w:r>
        <w:t>[čím sa líšite od konkurencie]</w:t>
      </w:r>
    </w:p>
    <w:p>
      <w:r>
        <w:rPr>
          <w:b w:val="0"/>
          <w:i/>
          <w:color w:val="B07A00"/>
          <w:sz w:val="18"/>
        </w:rPr>
        <w:t>Tip: 2 až 3 dôkazy stačia. Len pravdivé čísla, ktoré si zákazník vie overiť.</w:t>
      </w:r>
    </w:p>
    <w:p>
      <w:r>
        <w:rPr>
          <w:rFonts w:ascii="Georgia" w:hAnsi="Georgia"/>
          <w:b/>
          <w:color w:val="1F6F8B"/>
          <w:sz w:val="28"/>
        </w:rPr>
        <w:t>Ďalší krok</w:t>
      </w:r>
    </w:p>
    <w:p>
      <w:r>
        <w:rPr>
          <w:b w:val="0"/>
          <w:i w:val="0"/>
        </w:rPr>
        <w:t>1. Zavoláme vám [deň a dátum] a prejdeme ponuku spolu.</w:t>
      </w:r>
    </w:p>
    <w:p>
      <w:r>
        <w:rPr>
          <w:b w:val="0"/>
          <w:i w:val="0"/>
        </w:rPr>
        <w:t>2. Ak vám ponuka sedí, potvrdíte ju odpoveďou na e-mail alebo telefonicky.</w:t>
      </w:r>
    </w:p>
    <w:p>
      <w:r>
        <w:rPr>
          <w:b w:val="0"/>
          <w:i w:val="0"/>
        </w:rPr>
        <w:t>3. Pošleme zálohovú faktúru a rezervujeme termín.</w:t>
      </w:r>
    </w:p>
    <w:p>
      <w:r>
        <w:rPr>
          <w:b w:val="0"/>
          <w:i/>
          <w:color w:val="B07A00"/>
          <w:sz w:val="18"/>
        </w:rPr>
        <w:t>Tip: vždy napíšte, kto sa ozve a kedy. Ponuka bez ďalšieho kroku často skončí v šuplíku.</w:t>
      </w:r>
    </w:p>
    <w:p>
      <w:r>
        <w:rPr>
          <w:b/>
          <w:i w:val="0"/>
        </w:rPr>
        <w:t>Ďakujem za dôveru. [meno, telefón]</w:t>
      </w:r>
    </w:p>
    <w:p>
      <w:r>
        <w:rPr>
          <w:b w:val="0"/>
          <w:i w:val="0"/>
          <w:color w:val="5A687B"/>
          <w:sz w:val="16"/>
        </w:rPr>
        <w:t>Vzor cenovej ponuky z radovanvitek.sk. Nie je to právne poradenstvo. Hranaté zátvorky nahraďte vlastnými údajmi a tipy zmažte.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6314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